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091AC8">
        <w:tc>
          <w:tcPr>
            <w:tcW w:w="4968" w:type="dxa"/>
          </w:tcPr>
          <w:p w:rsidR="00091AC8" w:rsidRDefault="00A433A3" w:rsidP="00A433A3">
            <w:r>
              <w:rPr>
                <w:b/>
                <w:color w:val="555555"/>
                <w:sz w:val="20"/>
              </w:rPr>
              <w:t>POSKYTOVATEĽ / SERVIS</w:t>
            </w:r>
            <w:r>
              <w:rPr>
                <w:b/>
                <w:color w:val="555555"/>
                <w:sz w:val="20"/>
              </w:rPr>
              <w:br/>
            </w:r>
            <w:proofErr w:type="spellStart"/>
            <w:r>
              <w:rPr>
                <w:color w:val="666666"/>
                <w:sz w:val="19"/>
              </w:rPr>
              <w:t>Obchodné</w:t>
            </w:r>
            <w:proofErr w:type="spellEnd"/>
            <w:r>
              <w:rPr>
                <w:color w:val="666666"/>
                <w:sz w:val="19"/>
              </w:rPr>
              <w:t xml:space="preserve"> </w:t>
            </w:r>
            <w:proofErr w:type="spellStart"/>
            <w:r>
              <w:rPr>
                <w:color w:val="666666"/>
                <w:sz w:val="19"/>
              </w:rPr>
              <w:t>meno</w:t>
            </w:r>
            <w:proofErr w:type="spellEnd"/>
            <w:r>
              <w:rPr>
                <w:color w:val="666666"/>
                <w:sz w:val="19"/>
              </w:rPr>
              <w:t xml:space="preserve">: PEHI SK </w:t>
            </w:r>
            <w:proofErr w:type="spellStart"/>
            <w:r>
              <w:rPr>
                <w:color w:val="666666"/>
                <w:sz w:val="19"/>
              </w:rPr>
              <w:t>s.r.o</w:t>
            </w:r>
            <w:proofErr w:type="spellEnd"/>
            <w:r>
              <w:rPr>
                <w:color w:val="666666"/>
                <w:sz w:val="19"/>
              </w:rPr>
              <w:t xml:space="preserve">. </w:t>
            </w:r>
            <w:proofErr w:type="spellStart"/>
            <w:r>
              <w:rPr>
                <w:color w:val="666666"/>
                <w:sz w:val="19"/>
              </w:rPr>
              <w:t>Tallerova</w:t>
            </w:r>
            <w:proofErr w:type="spellEnd"/>
            <w:r>
              <w:rPr>
                <w:color w:val="666666"/>
                <w:sz w:val="19"/>
              </w:rPr>
              <w:t xml:space="preserve"> 4, 81102 Bratislava</w:t>
            </w:r>
            <w:r>
              <w:rPr>
                <w:color w:val="666666"/>
                <w:sz w:val="19"/>
              </w:rPr>
              <w:br/>
            </w:r>
            <w:proofErr w:type="spellStart"/>
            <w:r>
              <w:rPr>
                <w:color w:val="666666"/>
                <w:sz w:val="19"/>
              </w:rPr>
              <w:t>Prevádzka</w:t>
            </w:r>
            <w:proofErr w:type="spellEnd"/>
            <w:r>
              <w:rPr>
                <w:color w:val="666666"/>
                <w:sz w:val="19"/>
              </w:rPr>
              <w:t xml:space="preserve">: </w:t>
            </w:r>
            <w:proofErr w:type="spellStart"/>
            <w:r>
              <w:rPr>
                <w:color w:val="666666"/>
                <w:sz w:val="19"/>
              </w:rPr>
              <w:t>Tureň</w:t>
            </w:r>
            <w:proofErr w:type="spellEnd"/>
            <w:r>
              <w:rPr>
                <w:color w:val="666666"/>
                <w:sz w:val="19"/>
              </w:rPr>
              <w:t xml:space="preserve"> 768, 90301 </w:t>
            </w:r>
            <w:proofErr w:type="spellStart"/>
            <w:r>
              <w:rPr>
                <w:color w:val="666666"/>
                <w:sz w:val="19"/>
              </w:rPr>
              <w:t>Tureň</w:t>
            </w:r>
            <w:proofErr w:type="spellEnd"/>
            <w:r>
              <w:rPr>
                <w:color w:val="666666"/>
                <w:sz w:val="19"/>
              </w:rPr>
              <w:br/>
              <w:t xml:space="preserve">IČO: 56678690 </w:t>
            </w:r>
            <w:r>
              <w:rPr>
                <w:color w:val="666666"/>
                <w:sz w:val="19"/>
              </w:rPr>
              <w:t xml:space="preserve"> DIČ: SK2122387586</w:t>
            </w:r>
            <w:r>
              <w:rPr>
                <w:color w:val="666666"/>
                <w:sz w:val="19"/>
              </w:rPr>
              <w:br/>
              <w:t xml:space="preserve">Tel.: +421940717792 </w:t>
            </w:r>
            <w:r>
              <w:rPr>
                <w:color w:val="666666"/>
                <w:sz w:val="19"/>
              </w:rPr>
              <w:t xml:space="preserve"> E-mail: pehishop@gmail.com</w:t>
            </w:r>
          </w:p>
        </w:tc>
        <w:tc>
          <w:tcPr>
            <w:tcW w:w="4968" w:type="dxa"/>
          </w:tcPr>
          <w:p w:rsidR="00091AC8" w:rsidRDefault="00A433A3">
            <w:pPr>
              <w:spacing w:line="288" w:lineRule="auto"/>
              <w:jc w:val="right"/>
            </w:pPr>
            <w:r>
              <w:rPr>
                <w:b/>
                <w:color w:val="1B365D"/>
                <w:sz w:val="32"/>
              </w:rPr>
              <w:t>ŽIADOSŤ O SERVIS</w:t>
            </w:r>
            <w:r>
              <w:rPr>
                <w:b/>
                <w:color w:val="1B365D"/>
                <w:sz w:val="32"/>
              </w:rPr>
              <w:br/>
              <w:t>A ÚDRŽBU STROJA</w:t>
            </w:r>
            <w:r>
              <w:rPr>
                <w:b/>
                <w:color w:val="1B365D"/>
                <w:sz w:val="32"/>
              </w:rPr>
              <w:br/>
            </w:r>
            <w:r>
              <w:rPr>
                <w:i/>
                <w:color w:val="777777"/>
                <w:sz w:val="20"/>
              </w:rPr>
              <w:t>Evidenčné číslo žiadosti: _______________</w:t>
            </w:r>
          </w:p>
        </w:tc>
      </w:tr>
    </w:tbl>
    <w:p w:rsidR="00091AC8" w:rsidRDefault="00A433A3">
      <w:pPr>
        <w:keepNext/>
        <w:pBdr>
          <w:bottom w:val="single" w:sz="6" w:space="1" w:color="1B365D"/>
        </w:pBdr>
        <w:spacing w:before="280" w:after="120"/>
      </w:pPr>
      <w:r>
        <w:rPr>
          <w:b/>
          <w:color w:val="1B365D"/>
          <w:sz w:val="24"/>
        </w:rPr>
        <w:t xml:space="preserve">1. </w:t>
      </w:r>
      <w:r>
        <w:rPr>
          <w:b/>
          <w:color w:val="1B365D"/>
          <w:sz w:val="24"/>
        </w:rPr>
        <w:t>ÚDAJE O ZÁKAZNÍKOVI</w:t>
      </w:r>
    </w:p>
    <w:p w:rsidR="00091AC8" w:rsidRDefault="00A433A3">
      <w:pPr>
        <w:spacing w:line="312" w:lineRule="auto"/>
      </w:pPr>
      <w:r>
        <w:rPr>
          <w:b/>
        </w:rPr>
        <w:t xml:space="preserve">Meno a priezvisko / Obchodné meno: </w:t>
      </w:r>
      <w:r>
        <w:t>_____________________________________________________</w:t>
      </w:r>
      <w:r>
        <w:br/>
      </w:r>
      <w:r>
        <w:rPr>
          <w:b/>
        </w:rPr>
        <w:t xml:space="preserve">Adresa trvalého pobytu / Sídlo firmy: </w:t>
      </w:r>
      <w:r>
        <w:t>_____________________________________________________</w:t>
      </w:r>
      <w:r>
        <w:br/>
      </w:r>
      <w:r>
        <w:rPr>
          <w:b/>
        </w:rPr>
        <w:t xml:space="preserve">Telefónne číslo: </w:t>
      </w:r>
      <w:r>
        <w:t xml:space="preserve">_______________________   </w:t>
      </w:r>
      <w:r>
        <w:rPr>
          <w:b/>
        </w:rPr>
        <w:t xml:space="preserve">E-mail: </w:t>
      </w:r>
      <w:r>
        <w:t>____</w:t>
      </w:r>
      <w:r>
        <w:t>_________________________________</w:t>
      </w:r>
    </w:p>
    <w:p w:rsidR="00091AC8" w:rsidRDefault="00A433A3">
      <w:pPr>
        <w:keepNext/>
        <w:pBdr>
          <w:bottom w:val="single" w:sz="6" w:space="1" w:color="1B365D"/>
        </w:pBdr>
        <w:spacing w:before="280" w:after="120"/>
      </w:pPr>
      <w:r>
        <w:rPr>
          <w:b/>
          <w:color w:val="1B365D"/>
          <w:sz w:val="24"/>
        </w:rPr>
        <w:t>2. ŠPECIFIKÁCIA STROJA</w:t>
      </w:r>
    </w:p>
    <w:p w:rsidR="00091AC8" w:rsidRDefault="00A433A3">
      <w:pPr>
        <w:spacing w:line="312" w:lineRule="auto"/>
      </w:pPr>
      <w:proofErr w:type="spellStart"/>
      <w:r>
        <w:rPr>
          <w:b/>
        </w:rPr>
        <w:t>Typ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stroja</w:t>
      </w:r>
      <w:proofErr w:type="spellEnd"/>
      <w:r>
        <w:rPr>
          <w:i/>
        </w:rPr>
        <w:t xml:space="preserve">: </w:t>
      </w:r>
      <w:r>
        <w:t>_______________________________________________________</w:t>
      </w:r>
      <w:bookmarkStart w:id="0" w:name="_GoBack"/>
      <w:bookmarkEnd w:id="0"/>
      <w:r>
        <w:br/>
      </w:r>
      <w:r>
        <w:rPr>
          <w:b/>
        </w:rPr>
        <w:t>VIN / Výro</w:t>
      </w:r>
      <w:r>
        <w:rPr>
          <w:b/>
        </w:rPr>
        <w:t xml:space="preserve">bné číslo: </w:t>
      </w:r>
      <w:r>
        <w:t xml:space="preserve">_____________________   </w:t>
      </w:r>
      <w:r>
        <w:rPr>
          <w:b/>
        </w:rPr>
        <w:t xml:space="preserve">Počet km / motohodín (mth): </w:t>
      </w:r>
      <w:r>
        <w:t>__________________</w:t>
      </w:r>
    </w:p>
    <w:p w:rsidR="00091AC8" w:rsidRDefault="00A433A3">
      <w:pPr>
        <w:keepNext/>
        <w:pBdr>
          <w:bottom w:val="single" w:sz="6" w:space="1" w:color="1B365D"/>
        </w:pBdr>
        <w:spacing w:before="280" w:after="120"/>
      </w:pPr>
      <w:r>
        <w:rPr>
          <w:b/>
          <w:color w:val="1B365D"/>
          <w:sz w:val="24"/>
        </w:rPr>
        <w:t>3. POŽADOVANÉ SERVISNÉ ÚKONY</w:t>
      </w:r>
    </w:p>
    <w:p w:rsidR="00091AC8" w:rsidRDefault="00A433A3">
      <w:pPr>
        <w:spacing w:after="80" w:line="288" w:lineRule="auto"/>
      </w:pPr>
      <w:r>
        <w:t>[   ]  Pravidelná garančná prehliadka / údržba</w:t>
      </w:r>
      <w:r>
        <w:br/>
      </w:r>
      <w:r>
        <w:t>[   ]  Oprava konkrétnej poruchy / Diagnostika závady</w:t>
      </w:r>
    </w:p>
    <w:p w:rsidR="00091AC8" w:rsidRDefault="00A433A3">
      <w:pPr>
        <w:spacing w:before="120" w:line="336" w:lineRule="auto"/>
      </w:pPr>
      <w:proofErr w:type="spellStart"/>
      <w:r>
        <w:rPr>
          <w:b/>
        </w:rPr>
        <w:t>Podrobný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problému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alebo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požadovaných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</w:t>
      </w:r>
      <w:r>
        <w:rPr>
          <w:b/>
        </w:rPr>
        <w:t>konov</w:t>
      </w:r>
      <w:proofErr w:type="spellEnd"/>
      <w:proofErr w:type="gramStart"/>
      <w:r>
        <w:rPr>
          <w:b/>
        </w:rPr>
        <w:t>:</w:t>
      </w:r>
      <w:proofErr w:type="gramEnd"/>
      <w:r>
        <w:rPr>
          <w:b/>
        </w:rPr>
        <w:br/>
      </w:r>
      <w:r>
        <w:t>_________________________________________________________________________________</w:t>
      </w:r>
      <w:r>
        <w:br/>
        <w:t>_________________________________________________________________________________</w:t>
      </w:r>
    </w:p>
    <w:p w:rsidR="00091AC8" w:rsidRDefault="00A433A3">
      <w:pPr>
        <w:keepNext/>
        <w:pBdr>
          <w:bottom w:val="single" w:sz="6" w:space="1" w:color="1B365D"/>
        </w:pBdr>
        <w:spacing w:before="280" w:after="120"/>
      </w:pPr>
      <w:r>
        <w:rPr>
          <w:b/>
          <w:color w:val="1B365D"/>
          <w:sz w:val="24"/>
        </w:rPr>
        <w:t xml:space="preserve">4. </w:t>
      </w:r>
      <w:r>
        <w:rPr>
          <w:b/>
          <w:color w:val="1B365D"/>
          <w:sz w:val="24"/>
        </w:rPr>
        <w:t>DOPRAVA STROJA DO / ZO SERVISU</w:t>
      </w:r>
    </w:p>
    <w:p w:rsidR="00091AC8" w:rsidRDefault="00A433A3" w:rsidP="00A433A3">
      <w:pPr>
        <w:spacing w:line="312" w:lineRule="auto"/>
      </w:pPr>
      <w:r>
        <w:t>[   ]  Stroj doveziem aj vyzdvihnem osobne.</w:t>
      </w:r>
      <w:r>
        <w:br/>
      </w:r>
      <w:r>
        <w:t xml:space="preserve">[   ]  Mám záujem o </w:t>
      </w:r>
      <w:r>
        <w:rPr>
          <w:b/>
        </w:rPr>
        <w:t>vyzdvihnutie stroja</w:t>
      </w:r>
      <w:r>
        <w:t xml:space="preserve"> vašou odťahovou službou zo mojej adresy.</w:t>
      </w:r>
      <w:r>
        <w:br/>
      </w:r>
      <w:r>
        <w:t xml:space="preserve">[   ]  Mám záujem o </w:t>
      </w:r>
      <w:r>
        <w:rPr>
          <w:b/>
        </w:rPr>
        <w:t>spätný dovoz stroja</w:t>
      </w:r>
      <w:r>
        <w:t xml:space="preserve"> po vykonaní servisu priamo ku mne.</w:t>
      </w:r>
      <w:r>
        <w:br/>
      </w:r>
      <w:proofErr w:type="spellStart"/>
      <w:r>
        <w:rPr>
          <w:b/>
        </w:rPr>
        <w:t>Adresa</w:t>
      </w:r>
      <w:proofErr w:type="spellEnd"/>
      <w:r>
        <w:rPr>
          <w:b/>
        </w:rPr>
        <w:t xml:space="preserve"> pre </w:t>
      </w:r>
      <w:proofErr w:type="spellStart"/>
      <w:r>
        <w:rPr>
          <w:b/>
        </w:rPr>
        <w:t>vyzdvihnutie</w:t>
      </w:r>
      <w:proofErr w:type="spellEnd"/>
      <w:r>
        <w:rPr>
          <w:b/>
        </w:rPr>
        <w:t xml:space="preserve"> /</w:t>
      </w:r>
      <w:r>
        <w:rPr>
          <w:b/>
        </w:rPr>
        <w:t xml:space="preserve"> </w:t>
      </w:r>
      <w:proofErr w:type="spellStart"/>
      <w:r>
        <w:rPr>
          <w:b/>
        </w:rPr>
        <w:t>dovoz</w:t>
      </w:r>
      <w:proofErr w:type="spellEnd"/>
      <w:r>
        <w:rPr>
          <w:b/>
        </w:rPr>
        <w:t xml:space="preserve"> </w:t>
      </w:r>
      <w:r>
        <w:rPr>
          <w:i/>
        </w:rPr>
        <w:t>(</w:t>
      </w:r>
      <w:proofErr w:type="spellStart"/>
      <w:proofErr w:type="gramStart"/>
      <w:r>
        <w:rPr>
          <w:i/>
        </w:rPr>
        <w:t>ak</w:t>
      </w:r>
      <w:proofErr w:type="spellEnd"/>
      <w:proofErr w:type="gramEnd"/>
      <w:r>
        <w:rPr>
          <w:i/>
        </w:rPr>
        <w:t xml:space="preserve"> je </w:t>
      </w:r>
      <w:proofErr w:type="spellStart"/>
      <w:r>
        <w:rPr>
          <w:i/>
        </w:rPr>
        <w:t>iná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ako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adresa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zákazníka</w:t>
      </w:r>
      <w:proofErr w:type="spellEnd"/>
      <w:r>
        <w:rPr>
          <w:i/>
        </w:rPr>
        <w:t>):</w:t>
      </w:r>
      <w:r>
        <w:rPr>
          <w:i/>
        </w:rPr>
        <w:br/>
      </w:r>
      <w:r>
        <w:t>_________________________________________________________________________________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091AC8">
        <w:tc>
          <w:tcPr>
            <w:tcW w:w="9936" w:type="dxa"/>
            <w:tcBorders>
              <w:top w:val="single" w:sz="4" w:space="0" w:color="E2E8F0"/>
              <w:left w:val="single" w:sz="24" w:space="0" w:color="C53030"/>
              <w:bottom w:val="single" w:sz="4" w:space="0" w:color="E2E8F0"/>
              <w:right w:val="single" w:sz="4" w:space="0" w:color="E2E8F0"/>
            </w:tcBorders>
            <w:shd w:val="clear" w:color="auto" w:fill="FFF5F5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091AC8" w:rsidRDefault="00A433A3">
            <w:pPr>
              <w:spacing w:line="288" w:lineRule="auto"/>
            </w:pPr>
            <w:r>
              <w:rPr>
                <w:b/>
                <w:color w:val="C53030"/>
                <w:sz w:val="21"/>
              </w:rPr>
              <w:t>⚠</w:t>
            </w:r>
            <w:r>
              <w:rPr>
                <w:b/>
                <w:color w:val="C53030"/>
                <w:sz w:val="21"/>
              </w:rPr>
              <w:t>️</w:t>
            </w:r>
            <w:r>
              <w:rPr>
                <w:b/>
                <w:color w:val="C53030"/>
                <w:sz w:val="21"/>
              </w:rPr>
              <w:t xml:space="preserve"> DÔLEŽITÉ UPOZORNENIA PRE ZÁKAZNÍKA</w:t>
            </w:r>
            <w:proofErr w:type="gramStart"/>
            <w:r>
              <w:rPr>
                <w:b/>
                <w:color w:val="C53030"/>
                <w:sz w:val="21"/>
              </w:rPr>
              <w:t>:</w:t>
            </w:r>
            <w:proofErr w:type="gramEnd"/>
            <w:r>
              <w:rPr>
                <w:b/>
                <w:color w:val="C53030"/>
                <w:sz w:val="21"/>
              </w:rPr>
              <w:br/>
            </w:r>
            <w:r>
              <w:rPr>
                <w:color w:val="2D3748"/>
                <w:sz w:val="20"/>
              </w:rPr>
              <w:t xml:space="preserve">1. Služba je spoplatnená: Všetky vykonané servisné úkony, diagnostika, údržba a spotrebovaný </w:t>
            </w:r>
            <w:r>
              <w:rPr>
                <w:color w:val="2D3748"/>
                <w:sz w:val="20"/>
              </w:rPr>
              <w:t>materiál sú spoplatnené podľa aktuálne platného cenníka servisu.</w:t>
            </w:r>
            <w:r>
              <w:rPr>
                <w:color w:val="2D3748"/>
                <w:sz w:val="20"/>
              </w:rPr>
              <w:br/>
              <w:t>2. Poplatok za dopravu: Služba vyzdvihnutia stroja a jeho spätného dovozu je doplnková služba. Je účtovaná samostatne formou dodatočného poplatku podľa platného cenníka prepravy (podľa vzdial</w:t>
            </w:r>
            <w:r>
              <w:rPr>
                <w:color w:val="2D3748"/>
                <w:sz w:val="20"/>
              </w:rPr>
              <w:t>enosti alebo paušálnej sadzby).</w:t>
            </w:r>
          </w:p>
        </w:tc>
      </w:tr>
    </w:tbl>
    <w:p w:rsidR="00091AC8" w:rsidRDefault="00A433A3">
      <w:pPr>
        <w:spacing w:before="400"/>
      </w:pPr>
      <w:r>
        <w:t xml:space="preserve">V ________________________ </w:t>
      </w:r>
      <w:proofErr w:type="gramStart"/>
      <w:r>
        <w:t>dňa</w:t>
      </w:r>
      <w:proofErr w:type="gramEnd"/>
      <w:r>
        <w:t xml:space="preserve"> _______________</w:t>
      </w:r>
      <w:r>
        <w:br/>
      </w:r>
    </w:p>
    <w:p w:rsidR="00091AC8" w:rsidRDefault="00A433A3">
      <w:pPr>
        <w:spacing w:line="240" w:lineRule="auto"/>
      </w:pPr>
      <w:r>
        <w:rPr>
          <w:sz w:val="20"/>
        </w:rPr>
        <w:t>___________________________                    ___________________________</w:t>
      </w:r>
      <w:r>
        <w:rPr>
          <w:sz w:val="20"/>
        </w:rPr>
        <w:br/>
        <w:t xml:space="preserve">         Podpis zákazníka                                   Prevzal (za servis)</w:t>
      </w:r>
    </w:p>
    <w:sectPr w:rsidR="00091AC8" w:rsidSect="00A433A3">
      <w:pgSz w:w="12240" w:h="15840"/>
      <w:pgMar w:top="567" w:right="1152" w:bottom="56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1AC8"/>
    <w:rsid w:val="0015074B"/>
    <w:rsid w:val="0029639D"/>
    <w:rsid w:val="00326F90"/>
    <w:rsid w:val="00A433A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93F"/>
    <w:rPr>
      <w:rFonts w:ascii="Calibri" w:hAnsi="Calibri"/>
      <w:color w:val="333333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93F"/>
    <w:rPr>
      <w:rFonts w:ascii="Calibri" w:hAnsi="Calibri"/>
      <w:color w:val="333333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B92835-E4B0-419F-A6ED-E2ACC2555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Používateľ systému Windows</cp:lastModifiedBy>
  <cp:revision>2</cp:revision>
  <dcterms:created xsi:type="dcterms:W3CDTF">2026-09-22T10:45:00Z</dcterms:created>
  <dcterms:modified xsi:type="dcterms:W3CDTF">2026-09-22T10:45:00Z</dcterms:modified>
</cp:coreProperties>
</file>